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8399C" w14:textId="78004D61" w:rsidR="00FB6C88" w:rsidRDefault="00F370B9" w:rsidP="00FB6C88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E4B4F">
        <w:rPr>
          <w:rFonts w:ascii="Times New Roman" w:hAnsi="Times New Roman" w:cs="Times New Roman"/>
          <w:color w:val="auto"/>
          <w:sz w:val="24"/>
          <w:szCs w:val="24"/>
        </w:rPr>
        <w:t xml:space="preserve">PHIẾU ĐĂNG KÝ THAM GIA </w:t>
      </w:r>
      <w:r w:rsidR="00F92271">
        <w:rPr>
          <w:rFonts w:ascii="Times New Roman" w:hAnsi="Times New Roman" w:cs="Times New Roman"/>
          <w:color w:val="auto"/>
          <w:sz w:val="24"/>
          <w:szCs w:val="24"/>
        </w:rPr>
        <w:t>GIỚI THIỆU DOANH NGHIỆP</w:t>
      </w:r>
      <w:r w:rsidR="00FB6C88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6AE9847E" w14:textId="167A6757" w:rsidR="00FB6C88" w:rsidRPr="00FB6C88" w:rsidRDefault="00FB6C88" w:rsidP="00FB6C88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B6C88">
        <w:rPr>
          <w:rFonts w:ascii="Times New Roman" w:hAnsi="Times New Roman" w:cs="Times New Roman"/>
          <w:color w:val="auto"/>
          <w:sz w:val="24"/>
          <w:szCs w:val="24"/>
        </w:rPr>
        <w:t>TRƯNG BÀY SẢN PHẨM, DỊCH VỤ</w:t>
      </w:r>
      <w:r w:rsidR="00FE3370">
        <w:rPr>
          <w:rFonts w:ascii="Times New Roman" w:hAnsi="Times New Roman" w:cs="Times New Roman"/>
          <w:color w:val="auto"/>
          <w:sz w:val="24"/>
          <w:szCs w:val="24"/>
        </w:rPr>
        <w:t xml:space="preserve"> VỀ KHOA HỌC CÔNG NGHỆ, CHUYỂN ĐỔI SỐ, ĐỔI MỚI SÁNG TẠO, </w:t>
      </w:r>
    </w:p>
    <w:p w14:paraId="057E7A15" w14:textId="19B02BD0" w:rsidR="00975816" w:rsidRPr="00FE3370" w:rsidRDefault="00FE3370" w:rsidP="00891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trong khuôn khổ</w:t>
      </w:r>
      <w:r w:rsidR="00975816" w:rsidRPr="00FE3370">
        <w:rPr>
          <w:rFonts w:ascii="Times New Roman" w:hAnsi="Times New Roman" w:cs="Times New Roman"/>
          <w:b/>
          <w:bCs/>
          <w:sz w:val="28"/>
          <w:szCs w:val="28"/>
        </w:rPr>
        <w:t xml:space="preserve"> Hội nghị </w:t>
      </w:r>
      <w:r w:rsidR="00572BDC" w:rsidRPr="00FE3370">
        <w:rPr>
          <w:rFonts w:ascii="Times New Roman" w:hAnsi="Times New Roman"/>
          <w:b/>
          <w:sz w:val="28"/>
          <w:szCs w:val="28"/>
        </w:rPr>
        <w:t>người Việt Nam ở nước ngoài toàn thế giới lần thứ 5</w:t>
      </w:r>
    </w:p>
    <w:p w14:paraId="0A0FB784" w14:textId="36F8D073" w:rsidR="00975816" w:rsidRDefault="00975816" w:rsidP="009758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</w:t>
      </w:r>
    </w:p>
    <w:p w14:paraId="7726EF8D" w14:textId="77777777" w:rsidR="00975816" w:rsidRDefault="00975816" w:rsidP="009758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4A52E" w14:textId="41DC6981" w:rsidR="00975816" w:rsidRDefault="00BE4B4F" w:rsidP="006952A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975816" w:rsidRPr="006952A8">
        <w:rPr>
          <w:rFonts w:ascii="Times New Roman" w:hAnsi="Times New Roman" w:cs="Times New Roman"/>
          <w:b/>
          <w:bCs/>
          <w:sz w:val="24"/>
          <w:szCs w:val="24"/>
        </w:rPr>
        <w:t>Thời gian tổ chức</w:t>
      </w:r>
      <w:r w:rsidR="0097581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04E" w:rsidRPr="000D204E">
        <w:rPr>
          <w:rFonts w:ascii="Times New Roman" w:hAnsi="Times New Roman" w:cs="Times New Roman"/>
          <w:sz w:val="24"/>
          <w:szCs w:val="24"/>
        </w:rPr>
        <w:t>Ngày 19/12/2026</w:t>
      </w:r>
    </w:p>
    <w:p w14:paraId="7DF1F14A" w14:textId="175D4226" w:rsidR="00975816" w:rsidRDefault="00BE4B4F" w:rsidP="006952A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975816" w:rsidRPr="006952A8">
        <w:rPr>
          <w:rFonts w:ascii="Times New Roman" w:hAnsi="Times New Roman" w:cs="Times New Roman"/>
          <w:b/>
          <w:bCs/>
          <w:sz w:val="24"/>
          <w:szCs w:val="24"/>
        </w:rPr>
        <w:t>Địa điểm trưng bày</w:t>
      </w:r>
      <w:r w:rsidR="00975816">
        <w:rPr>
          <w:rFonts w:ascii="Times New Roman" w:hAnsi="Times New Roman" w:cs="Times New Roman"/>
          <w:sz w:val="24"/>
          <w:szCs w:val="24"/>
        </w:rPr>
        <w:t xml:space="preserve">: </w:t>
      </w:r>
      <w:r w:rsidR="00E2669B" w:rsidRPr="00E2669B">
        <w:rPr>
          <w:rFonts w:ascii="Times New Roman" w:hAnsi="Times New Roman" w:cs="Times New Roman"/>
          <w:sz w:val="24"/>
          <w:szCs w:val="24"/>
        </w:rPr>
        <w:t xml:space="preserve">Trung tâm Hội nghị Quốc gia, </w:t>
      </w:r>
      <w:r w:rsidR="00E603A0" w:rsidRPr="00E603A0">
        <w:rPr>
          <w:rFonts w:ascii="Times New Roman" w:hAnsi="Times New Roman" w:cs="Times New Roman"/>
          <w:sz w:val="24"/>
          <w:szCs w:val="24"/>
        </w:rPr>
        <w:t>Đường Phạm Hùng, Phường Từ Liêm, TP. Hà Nội</w:t>
      </w:r>
      <w:r w:rsidR="00E603A0">
        <w:rPr>
          <w:rFonts w:ascii="Times New Roman" w:hAnsi="Times New Roman" w:cs="Times New Roman"/>
          <w:sz w:val="24"/>
          <w:szCs w:val="24"/>
        </w:rPr>
        <w:t>.</w:t>
      </w:r>
    </w:p>
    <w:p w14:paraId="6C565DD8" w14:textId="3DA9A7D0" w:rsidR="006952A8" w:rsidRDefault="00BE4B4F" w:rsidP="006952A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6952A8" w:rsidRPr="006952A8">
        <w:rPr>
          <w:rFonts w:ascii="Times New Roman" w:hAnsi="Times New Roman" w:cs="Times New Roman"/>
          <w:b/>
          <w:bCs/>
          <w:sz w:val="24"/>
          <w:szCs w:val="24"/>
        </w:rPr>
        <w:t>Hình thức trưng bày</w:t>
      </w:r>
      <w:r w:rsidR="006952A8">
        <w:rPr>
          <w:rFonts w:ascii="Times New Roman" w:hAnsi="Times New Roman" w:cs="Times New Roman"/>
          <w:sz w:val="24"/>
          <w:szCs w:val="24"/>
        </w:rPr>
        <w:t xml:space="preserve">: mỗi gian hàng có diện tích </w:t>
      </w:r>
      <w:r w:rsidR="002E7840">
        <w:rPr>
          <w:rFonts w:ascii="Times New Roman" w:hAnsi="Times New Roman" w:cs="Times New Roman"/>
          <w:sz w:val="24"/>
          <w:szCs w:val="24"/>
        </w:rPr>
        <w:t xml:space="preserve">khoảng </w:t>
      </w:r>
      <w:r w:rsidR="002E7840" w:rsidRPr="002E7840">
        <w:rPr>
          <w:rFonts w:ascii="Times New Roman" w:hAnsi="Times New Roman" w:cs="Times New Roman"/>
          <w:sz w:val="24"/>
          <w:szCs w:val="24"/>
        </w:rPr>
        <w:t>8-10 m²</w:t>
      </w:r>
      <w:r w:rsidR="006952A8">
        <w:rPr>
          <w:rFonts w:ascii="Times New Roman" w:hAnsi="Times New Roman" w:cs="Times New Roman"/>
          <w:sz w:val="24"/>
          <w:szCs w:val="24"/>
        </w:rPr>
        <w:t>.</w:t>
      </w:r>
    </w:p>
    <w:p w14:paraId="6E1D7362" w14:textId="77777777" w:rsidR="00975816" w:rsidRPr="00975816" w:rsidRDefault="00975816" w:rsidP="009758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1EA8D" w14:textId="53D46DE8" w:rsidR="00FE1792" w:rsidRPr="00BE4B4F" w:rsidRDefault="00F370B9" w:rsidP="00975816">
      <w:pPr>
        <w:pStyle w:val="Heading2"/>
        <w:spacing w:before="60" w:after="6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E4B4F">
        <w:rPr>
          <w:rFonts w:ascii="Times New Roman" w:hAnsi="Times New Roman" w:cs="Times New Roman"/>
          <w:color w:val="auto"/>
          <w:sz w:val="24"/>
          <w:szCs w:val="24"/>
        </w:rPr>
        <w:t xml:space="preserve">1. Thông tin doanh nghiệp/doanh nhân </w:t>
      </w:r>
      <w:r w:rsidR="00BE4B4F" w:rsidRPr="00BE4B4F">
        <w:rPr>
          <w:rFonts w:ascii="Times New Roman" w:hAnsi="Times New Roman" w:cs="Times New Roman"/>
          <w:color w:val="auto"/>
          <w:sz w:val="24"/>
          <w:szCs w:val="24"/>
        </w:rPr>
        <w:t>đăng ký tham gia</w:t>
      </w:r>
    </w:p>
    <w:tbl>
      <w:tblPr>
        <w:tblStyle w:val="TableGrid"/>
        <w:tblW w:w="9531" w:type="dxa"/>
        <w:tblLook w:val="04A0" w:firstRow="1" w:lastRow="0" w:firstColumn="1" w:lastColumn="0" w:noHBand="0" w:noVBand="1"/>
      </w:tblPr>
      <w:tblGrid>
        <w:gridCol w:w="5098"/>
        <w:gridCol w:w="4433"/>
      </w:tblGrid>
      <w:tr w:rsidR="00FE1792" w:rsidRPr="00975816" w14:paraId="1663C8F4" w14:textId="77777777" w:rsidTr="000A77AB">
        <w:tc>
          <w:tcPr>
            <w:tcW w:w="5098" w:type="dxa"/>
          </w:tcPr>
          <w:p w14:paraId="091021A1" w14:textId="62C3187A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Tên công ty/doanh nghiệp</w:t>
            </w:r>
            <w:r w:rsidR="00E2217A">
              <w:rPr>
                <w:rFonts w:ascii="Times New Roman" w:hAnsi="Times New Roman" w:cs="Times New Roman"/>
                <w:sz w:val="24"/>
                <w:szCs w:val="24"/>
              </w:rPr>
              <w:t xml:space="preserve"> (theo </w:t>
            </w:r>
            <w:r w:rsidR="00B229DB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  <w:r w:rsidR="00E221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433" w:type="dxa"/>
          </w:tcPr>
          <w:p w14:paraId="4AE6E173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17A" w:rsidRPr="00975816" w14:paraId="6015627A" w14:textId="77777777" w:rsidTr="000A77AB">
        <w:tc>
          <w:tcPr>
            <w:tcW w:w="5098" w:type="dxa"/>
          </w:tcPr>
          <w:p w14:paraId="5F783087" w14:textId="60254ED2" w:rsidR="00E2217A" w:rsidRPr="00975816" w:rsidRDefault="00E2217A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  <w:r w:rsidR="00E050D4">
              <w:rPr>
                <w:rFonts w:ascii="Times New Roman" w:hAnsi="Times New Roman" w:cs="Times New Roman"/>
                <w:sz w:val="24"/>
                <w:szCs w:val="24"/>
              </w:rPr>
              <w:t xml:space="preserve"> (đăng ký tại sở tại)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433" w:type="dxa"/>
          </w:tcPr>
          <w:p w14:paraId="20EA85A2" w14:textId="77777777" w:rsidR="00E2217A" w:rsidRPr="00975816" w:rsidRDefault="00E2217A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19715E88" w14:textId="77777777" w:rsidTr="000A77AB">
        <w:tc>
          <w:tcPr>
            <w:tcW w:w="5098" w:type="dxa"/>
          </w:tcPr>
          <w:p w14:paraId="0D20F9C2" w14:textId="4C37825B" w:rsidR="00FE1792" w:rsidRPr="00975816" w:rsidRDefault="00217A05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Tên n</w:t>
            </w:r>
            <w:r w:rsidR="00F370B9" w:rsidRPr="00975816">
              <w:rPr>
                <w:rFonts w:ascii="Times New Roman" w:hAnsi="Times New Roman" w:cs="Times New Roman"/>
                <w:sz w:val="24"/>
                <w:szCs w:val="24"/>
              </w:rPr>
              <w:t xml:space="preserve">gười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đăng ký kinh doanh:</w:t>
            </w:r>
          </w:p>
        </w:tc>
        <w:tc>
          <w:tcPr>
            <w:tcW w:w="4433" w:type="dxa"/>
          </w:tcPr>
          <w:p w14:paraId="451A3508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455425C0" w14:textId="77777777" w:rsidTr="000A77AB">
        <w:tc>
          <w:tcPr>
            <w:tcW w:w="5098" w:type="dxa"/>
          </w:tcPr>
          <w:p w14:paraId="2D444D17" w14:textId="77777777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Chức vụ:</w:t>
            </w:r>
          </w:p>
        </w:tc>
        <w:tc>
          <w:tcPr>
            <w:tcW w:w="4433" w:type="dxa"/>
          </w:tcPr>
          <w:p w14:paraId="304E4259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0171F280" w14:textId="77777777" w:rsidTr="000A77AB">
        <w:tc>
          <w:tcPr>
            <w:tcW w:w="5098" w:type="dxa"/>
          </w:tcPr>
          <w:p w14:paraId="48391349" w14:textId="52A7874B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Số hộ chiếu</w:t>
            </w:r>
            <w:r w:rsidR="00BE4B4F">
              <w:rPr>
                <w:rFonts w:ascii="Times New Roman" w:hAnsi="Times New Roman" w:cs="Times New Roman"/>
                <w:sz w:val="24"/>
                <w:szCs w:val="24"/>
              </w:rPr>
              <w:t>/Căn cước:</w:t>
            </w:r>
          </w:p>
        </w:tc>
        <w:tc>
          <w:tcPr>
            <w:tcW w:w="4433" w:type="dxa"/>
          </w:tcPr>
          <w:p w14:paraId="50A5BDDF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6E62A8EE" w14:textId="77777777" w:rsidTr="000A77AB">
        <w:tc>
          <w:tcPr>
            <w:tcW w:w="5098" w:type="dxa"/>
          </w:tcPr>
          <w:p w14:paraId="0B70CDDA" w14:textId="77777777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</w:p>
        </w:tc>
        <w:tc>
          <w:tcPr>
            <w:tcW w:w="4433" w:type="dxa"/>
          </w:tcPr>
          <w:p w14:paraId="0195E444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A05" w:rsidRPr="00975816" w14:paraId="32600845" w14:textId="77777777" w:rsidTr="000A77AB">
        <w:tc>
          <w:tcPr>
            <w:tcW w:w="5098" w:type="dxa"/>
          </w:tcPr>
          <w:p w14:paraId="79547CE7" w14:textId="4A662A47" w:rsidR="00217A05" w:rsidRPr="00975816" w:rsidRDefault="00217A05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Loại hình kinh doanh</w:t>
            </w:r>
            <w:r w:rsidR="003129A5">
              <w:rPr>
                <w:rFonts w:ascii="Times New Roman" w:hAnsi="Times New Roman" w:cs="Times New Roman"/>
                <w:sz w:val="24"/>
                <w:szCs w:val="24"/>
              </w:rPr>
              <w:t xml:space="preserve"> (trong nước, nước ngoài, hay liên doanh):</w:t>
            </w:r>
          </w:p>
        </w:tc>
        <w:tc>
          <w:tcPr>
            <w:tcW w:w="4433" w:type="dxa"/>
          </w:tcPr>
          <w:p w14:paraId="3948A148" w14:textId="77777777" w:rsidR="00217A05" w:rsidRPr="00975816" w:rsidRDefault="00217A05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36783F63" w14:textId="77777777" w:rsidTr="000A77AB">
        <w:tc>
          <w:tcPr>
            <w:tcW w:w="5098" w:type="dxa"/>
          </w:tcPr>
          <w:p w14:paraId="59F798B3" w14:textId="77777777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Tên quốc gia cư trú hoặc đăng ký kinh doanh:</w:t>
            </w:r>
          </w:p>
        </w:tc>
        <w:tc>
          <w:tcPr>
            <w:tcW w:w="4433" w:type="dxa"/>
          </w:tcPr>
          <w:p w14:paraId="0AA9FDBF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2374C873" w14:textId="77777777" w:rsidTr="000A77AB">
        <w:tc>
          <w:tcPr>
            <w:tcW w:w="5098" w:type="dxa"/>
          </w:tcPr>
          <w:p w14:paraId="3E2478E1" w14:textId="446B5F19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Địa chỉ tại Việt Nam:</w:t>
            </w:r>
          </w:p>
        </w:tc>
        <w:tc>
          <w:tcPr>
            <w:tcW w:w="4433" w:type="dxa"/>
          </w:tcPr>
          <w:p w14:paraId="183E2742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C8D" w:rsidRPr="00975816" w14:paraId="61D4E2F1" w14:textId="77777777" w:rsidTr="000A77AB">
        <w:tc>
          <w:tcPr>
            <w:tcW w:w="5098" w:type="dxa"/>
          </w:tcPr>
          <w:p w14:paraId="0C71CD94" w14:textId="3F132A0B" w:rsidR="007F1C8D" w:rsidRPr="00975816" w:rsidRDefault="007F1C8D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Lĩnh vực hoạt động chính:</w:t>
            </w:r>
          </w:p>
        </w:tc>
        <w:tc>
          <w:tcPr>
            <w:tcW w:w="4433" w:type="dxa"/>
          </w:tcPr>
          <w:p w14:paraId="04E860C4" w14:textId="77777777" w:rsidR="007F1C8D" w:rsidRPr="00975816" w:rsidRDefault="007F1C8D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C8D" w:rsidRPr="00975816" w14:paraId="26DC67CD" w14:textId="77777777" w:rsidTr="000A77AB">
        <w:tc>
          <w:tcPr>
            <w:tcW w:w="5098" w:type="dxa"/>
          </w:tcPr>
          <w:p w14:paraId="396FEDD4" w14:textId="7086FAE9" w:rsidR="007F1C8D" w:rsidRPr="00975816" w:rsidRDefault="007F1C8D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Các hoạt động, kết quả nổi bật tại Việt Nam và nước ngoài:</w:t>
            </w:r>
          </w:p>
        </w:tc>
        <w:tc>
          <w:tcPr>
            <w:tcW w:w="4433" w:type="dxa"/>
          </w:tcPr>
          <w:p w14:paraId="1603B250" w14:textId="77777777" w:rsidR="007F1C8D" w:rsidRPr="00975816" w:rsidRDefault="007F1C8D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991" w:rsidRPr="00DA4991" w14:paraId="019CA579" w14:textId="77777777" w:rsidTr="000A77AB">
        <w:tc>
          <w:tcPr>
            <w:tcW w:w="5098" w:type="dxa"/>
          </w:tcPr>
          <w:p w14:paraId="51D99AEE" w14:textId="64957D87" w:rsidR="00DA4991" w:rsidRPr="00DA4991" w:rsidRDefault="00DA4991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4991">
              <w:rPr>
                <w:rFonts w:ascii="Times New Roman" w:hAnsi="Times New Roman" w:cs="Times New Roman"/>
                <w:sz w:val="24"/>
                <w:szCs w:val="24"/>
              </w:rPr>
              <w:t xml:space="preserve">Các thông tin khác </w:t>
            </w:r>
            <w:r w:rsidR="00607EF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A499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ếu có</w:t>
            </w:r>
            <w:r w:rsidR="00607E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Quy mô doanh nghiệp, </w:t>
            </w:r>
            <w:r w:rsidR="00607EF8">
              <w:rPr>
                <w:rFonts w:ascii="Times New Roman" w:hAnsi="Times New Roman" w:cs="Times New Roman"/>
                <w:sz w:val="24"/>
                <w:szCs w:val="24"/>
              </w:rPr>
              <w:t>doanh thu</w:t>
            </w:r>
            <w:r w:rsidR="00CF38B8">
              <w:rPr>
                <w:rFonts w:ascii="Times New Roman" w:hAnsi="Times New Roman" w:cs="Times New Roman"/>
                <w:sz w:val="24"/>
                <w:szCs w:val="24"/>
              </w:rPr>
              <w:t xml:space="preserve"> hàng năm</w:t>
            </w:r>
            <w:r w:rsidR="00607EF8">
              <w:rPr>
                <w:rFonts w:ascii="Times New Roman" w:hAnsi="Times New Roman" w:cs="Times New Roman"/>
                <w:sz w:val="24"/>
                <w:szCs w:val="24"/>
              </w:rPr>
              <w:t xml:space="preserve">, số lượng nhân viên, </w:t>
            </w:r>
            <w:r w:rsidR="00B2696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B26968" w:rsidRPr="007457BD">
              <w:rPr>
                <w:rFonts w:ascii="Times New Roman" w:hAnsi="Times New Roman" w:cs="Times New Roman"/>
                <w:sz w:val="24"/>
                <w:szCs w:val="24"/>
              </w:rPr>
              <w:t>oạt động quan hệ</w:t>
            </w:r>
            <w:r w:rsidR="00607EF8">
              <w:rPr>
                <w:rFonts w:ascii="Times New Roman" w:hAnsi="Times New Roman" w:cs="Times New Roman"/>
                <w:sz w:val="24"/>
                <w:szCs w:val="24"/>
              </w:rPr>
              <w:t xml:space="preserve"> hợp tác</w:t>
            </w:r>
            <w:r w:rsidR="00B26968" w:rsidRPr="007457BD">
              <w:rPr>
                <w:rFonts w:ascii="Times New Roman" w:hAnsi="Times New Roman" w:cs="Times New Roman"/>
                <w:sz w:val="24"/>
                <w:szCs w:val="24"/>
              </w:rPr>
              <w:t xml:space="preserve"> với đối tác nước ngoài</w:t>
            </w:r>
            <w:r w:rsidR="00B2696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255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33" w:type="dxa"/>
          </w:tcPr>
          <w:p w14:paraId="241981FE" w14:textId="77777777" w:rsidR="00DA4991" w:rsidRPr="00DA4991" w:rsidRDefault="00DA4991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330F7C" w14:textId="1699D220" w:rsidR="00FE1792" w:rsidRPr="00BE4B4F" w:rsidRDefault="007F1C8D" w:rsidP="007F1C8D">
      <w:pPr>
        <w:pStyle w:val="Heading2"/>
        <w:spacing w:before="120" w:after="6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F370B9" w:rsidRPr="00BE4B4F">
        <w:rPr>
          <w:rFonts w:ascii="Times New Roman" w:hAnsi="Times New Roman" w:cs="Times New Roman"/>
          <w:color w:val="auto"/>
          <w:sz w:val="24"/>
          <w:szCs w:val="24"/>
        </w:rPr>
        <w:t>. Thông tin về gian hàng trưng bày</w:t>
      </w:r>
    </w:p>
    <w:tbl>
      <w:tblPr>
        <w:tblStyle w:val="TableGrid"/>
        <w:tblW w:w="9531" w:type="dxa"/>
        <w:tblLook w:val="04A0" w:firstRow="1" w:lastRow="0" w:firstColumn="1" w:lastColumn="0" w:noHBand="0" w:noVBand="1"/>
      </w:tblPr>
      <w:tblGrid>
        <w:gridCol w:w="5098"/>
        <w:gridCol w:w="4433"/>
      </w:tblGrid>
      <w:tr w:rsidR="00FE1792" w:rsidRPr="00975816" w14:paraId="5C2F2DBF" w14:textId="77777777" w:rsidTr="000A77AB">
        <w:tc>
          <w:tcPr>
            <w:tcW w:w="5098" w:type="dxa"/>
          </w:tcPr>
          <w:p w14:paraId="12E5C4AB" w14:textId="178938D9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Đầu mối phụ trách gian hàng</w:t>
            </w:r>
            <w:r w:rsidR="007F1C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433" w:type="dxa"/>
          </w:tcPr>
          <w:p w14:paraId="13B68594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0D90DAA6" w14:textId="77777777" w:rsidTr="000A77AB">
        <w:tc>
          <w:tcPr>
            <w:tcW w:w="5098" w:type="dxa"/>
          </w:tcPr>
          <w:p w14:paraId="18FACDF5" w14:textId="06568EF7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Số điện thoại liên hệ</w:t>
            </w:r>
            <w:r w:rsidR="007F1C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433" w:type="dxa"/>
          </w:tcPr>
          <w:p w14:paraId="68BBF41D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2E9A4709" w14:textId="77777777" w:rsidTr="000A77AB">
        <w:tc>
          <w:tcPr>
            <w:tcW w:w="5098" w:type="dxa"/>
          </w:tcPr>
          <w:p w14:paraId="0920CB2E" w14:textId="41B73AB3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Email liên hệ</w:t>
            </w:r>
            <w:r w:rsidR="007F1C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433" w:type="dxa"/>
          </w:tcPr>
          <w:p w14:paraId="4A1F5204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74A4C07F" w14:textId="77777777" w:rsidTr="000A77AB">
        <w:tc>
          <w:tcPr>
            <w:tcW w:w="5098" w:type="dxa"/>
          </w:tcPr>
          <w:p w14:paraId="6D66FDEF" w14:textId="0D3CC203" w:rsidR="00975816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Nhu cầu trưng bày:</w:t>
            </w:r>
            <w:r w:rsidRPr="009758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758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 xml:space="preserve"> Tự thu xếp gian trưng bày</w:t>
            </w:r>
            <w:r w:rsidR="00FE3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</w:p>
          <w:p w14:paraId="6FA3E71A" w14:textId="147F1F66" w:rsidR="00FE1792" w:rsidRPr="00975816" w:rsidRDefault="00F370B9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 xml:space="preserve"> Đề nghị công ty tổ chức sự kiện</w:t>
            </w:r>
            <w:r w:rsidR="00BE4B4F">
              <w:rPr>
                <w:rFonts w:ascii="Times New Roman" w:hAnsi="Times New Roman" w:cs="Times New Roman"/>
                <w:sz w:val="24"/>
                <w:szCs w:val="24"/>
              </w:rPr>
              <w:t xml:space="preserve"> Hội nghị</w:t>
            </w: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 xml:space="preserve"> hỗ trợ</w:t>
            </w:r>
          </w:p>
        </w:tc>
        <w:tc>
          <w:tcPr>
            <w:tcW w:w="4433" w:type="dxa"/>
          </w:tcPr>
          <w:p w14:paraId="7DE5D18B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92" w:rsidRPr="00975816" w14:paraId="18C622B1" w14:textId="77777777" w:rsidTr="000A77AB">
        <w:tc>
          <w:tcPr>
            <w:tcW w:w="5098" w:type="dxa"/>
          </w:tcPr>
          <w:p w14:paraId="6F79C3D7" w14:textId="103C6D78" w:rsidR="00FE1792" w:rsidRPr="00975816" w:rsidRDefault="00F92271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Dự kiến số người tham gia</w:t>
            </w:r>
            <w:r w:rsidR="00FD097D">
              <w:rPr>
                <w:rFonts w:ascii="Times New Roman" w:hAnsi="Times New Roman" w:cs="Times New Roman"/>
                <w:sz w:val="24"/>
                <w:szCs w:val="24"/>
              </w:rPr>
              <w:t xml:space="preserve"> phục vụ </w:t>
            </w:r>
            <w:r w:rsidR="00C27D16" w:rsidRPr="00C27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FD097D" w:rsidRPr="00C27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danh sách kèm theo </w:t>
            </w:r>
            <w:r w:rsidR="00931367" w:rsidRPr="00C27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bao gồm họ tê</w:t>
            </w:r>
            <w:r w:rsidR="000460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="00931367" w:rsidRPr="00C27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ngày sinh, số CCCD</w:t>
            </w:r>
            <w:r w:rsidR="00C27D16" w:rsidRPr="00C27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số điện thoại liên hệ</w:t>
            </w:r>
            <w:r w:rsidR="00FD097D" w:rsidRPr="00C27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433" w:type="dxa"/>
          </w:tcPr>
          <w:p w14:paraId="2D5B0B1D" w14:textId="77777777" w:rsidR="00FE1792" w:rsidRPr="00975816" w:rsidRDefault="00FE1792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373" w:rsidRPr="00475373" w14:paraId="18C8E0F5" w14:textId="77777777" w:rsidTr="000A77AB">
        <w:tc>
          <w:tcPr>
            <w:tcW w:w="5098" w:type="dxa"/>
          </w:tcPr>
          <w:p w14:paraId="2CE38367" w14:textId="6F261310" w:rsidR="00475373" w:rsidRPr="00475373" w:rsidRDefault="00475373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75373">
              <w:rPr>
                <w:rFonts w:ascii="Times New Roman" w:hAnsi="Times New Roman" w:cs="Times New Roman"/>
                <w:sz w:val="24"/>
                <w:szCs w:val="24"/>
              </w:rPr>
              <w:t>Các nội dung khác (n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ếu có)</w:t>
            </w:r>
          </w:p>
        </w:tc>
        <w:tc>
          <w:tcPr>
            <w:tcW w:w="4433" w:type="dxa"/>
          </w:tcPr>
          <w:p w14:paraId="2F34D47F" w14:textId="77777777" w:rsidR="00475373" w:rsidRPr="00475373" w:rsidRDefault="00475373" w:rsidP="0097581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2D9AE6" w14:textId="77777777" w:rsidR="00FE1792" w:rsidRPr="00BE4B4F" w:rsidRDefault="00F370B9" w:rsidP="00FD097D">
      <w:pPr>
        <w:pStyle w:val="Heading2"/>
        <w:spacing w:before="120" w:after="6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E4B4F">
        <w:rPr>
          <w:rFonts w:ascii="Times New Roman" w:hAnsi="Times New Roman" w:cs="Times New Roman"/>
          <w:color w:val="auto"/>
          <w:sz w:val="24"/>
          <w:szCs w:val="24"/>
        </w:rPr>
        <w:t>4. Cam kết</w:t>
      </w:r>
    </w:p>
    <w:p w14:paraId="649C1EAD" w14:textId="77777777" w:rsidR="00FE1792" w:rsidRDefault="00F370B9" w:rsidP="00475373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816">
        <w:rPr>
          <w:rFonts w:ascii="Times New Roman" w:hAnsi="Times New Roman" w:cs="Times New Roman"/>
          <w:sz w:val="24"/>
          <w:szCs w:val="24"/>
        </w:rPr>
        <w:t xml:space="preserve">Chúng tôi cam kết cung cấp thông tin trung thực, phối hợp chặt chẽ với Ban Tổ chức trong việc bố trí, lắp đặt và trưng bày sản phẩm; tuân thủ các quy định về thời gian, kỹ thuật, </w:t>
      </w:r>
      <w:proofErr w:type="gramStart"/>
      <w:r w:rsidRPr="00975816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975816">
        <w:rPr>
          <w:rFonts w:ascii="Times New Roman" w:hAnsi="Times New Roman" w:cs="Times New Roman"/>
          <w:sz w:val="24"/>
          <w:szCs w:val="24"/>
        </w:rPr>
        <w:t xml:space="preserve"> toàn và hình thức trưng bày trong khuôn khổ Hội nghị.</w:t>
      </w:r>
    </w:p>
    <w:p w14:paraId="5877C706" w14:textId="77777777" w:rsidR="007A5B13" w:rsidRDefault="007A5B13" w:rsidP="00475373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765"/>
      </w:tblGrid>
      <w:tr w:rsidR="007A5B13" w14:paraId="5079E8CC" w14:textId="77777777" w:rsidTr="007A5B13">
        <w:tc>
          <w:tcPr>
            <w:tcW w:w="4765" w:type="dxa"/>
          </w:tcPr>
          <w:p w14:paraId="5B0754C5" w14:textId="77777777" w:rsidR="007A5B13" w:rsidRDefault="007A5B13" w:rsidP="00475373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5" w:type="dxa"/>
          </w:tcPr>
          <w:p w14:paraId="0E7C7716" w14:textId="77777777" w:rsidR="007A5B13" w:rsidRPr="00975816" w:rsidRDefault="007A5B13" w:rsidP="007A5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Đại diện doanh nghiệp / doanh nhân kiều bào</w:t>
            </w:r>
          </w:p>
          <w:p w14:paraId="57F146E8" w14:textId="77777777" w:rsidR="007A5B13" w:rsidRPr="00975816" w:rsidRDefault="007A5B13" w:rsidP="007A5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(Ký, ghi rõ họ tên, chức vụ, đóng dấu)</w:t>
            </w:r>
          </w:p>
          <w:p w14:paraId="5E3A09CC" w14:textId="77777777" w:rsidR="007A5B13" w:rsidRDefault="007A5B13" w:rsidP="007A5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75816">
              <w:rPr>
                <w:rFonts w:ascii="Times New Roman" w:hAnsi="Times New Roman" w:cs="Times New Roman"/>
                <w:sz w:val="24"/>
                <w:szCs w:val="24"/>
              </w:rPr>
              <w:t xml:space="preserve">, ngày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5816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proofErr w:type="gramStart"/>
            <w:r w:rsidRPr="00975816">
              <w:rPr>
                <w:rFonts w:ascii="Times New Roman" w:hAnsi="Times New Roman" w:cs="Times New Roman"/>
                <w:sz w:val="24"/>
                <w:szCs w:val="24"/>
              </w:rPr>
              <w:t xml:space="preserve">tháng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75816">
              <w:rPr>
                <w:rFonts w:ascii="Times New Roman" w:hAnsi="Times New Roman" w:cs="Times New Roman"/>
                <w:sz w:val="24"/>
                <w:szCs w:val="24"/>
              </w:rPr>
              <w:t>… năm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396B6F1" w14:textId="77777777" w:rsidR="007A5B13" w:rsidRPr="00975816" w:rsidRDefault="007A5B13" w:rsidP="007A5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BDD69" w14:textId="77777777" w:rsidR="007A5B13" w:rsidRDefault="007A5B13" w:rsidP="00475373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C80EB7" w14:textId="77777777" w:rsidR="007A5B13" w:rsidRPr="007A5B13" w:rsidRDefault="007A5B13" w:rsidP="00475373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14:paraId="5A0EF137" w14:textId="681BD30D" w:rsidR="00FE1792" w:rsidRPr="007A5B13" w:rsidRDefault="00F370B9" w:rsidP="007A5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vi-VN"/>
        </w:rPr>
      </w:pPr>
      <w:r w:rsidRPr="007A5B13">
        <w:rPr>
          <w:rFonts w:ascii="Times New Roman" w:hAnsi="Times New Roman" w:cs="Times New Roman"/>
          <w:sz w:val="24"/>
          <w:szCs w:val="24"/>
          <w:lang w:val="vi-VN"/>
        </w:rPr>
        <w:br/>
      </w:r>
    </w:p>
    <w:p w14:paraId="03A136DA" w14:textId="77777777" w:rsidR="007A5B13" w:rsidRPr="007A5B13" w:rsidRDefault="007A5B13" w:rsidP="007A5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vi-VN"/>
        </w:rPr>
      </w:pPr>
    </w:p>
    <w:sectPr w:rsidR="007A5B13" w:rsidRPr="007A5B13" w:rsidSect="00F370B9">
      <w:pgSz w:w="12240" w:h="15840"/>
      <w:pgMar w:top="851" w:right="900" w:bottom="1135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9823900">
    <w:abstractNumId w:val="8"/>
  </w:num>
  <w:num w:numId="2" w16cid:durableId="256210681">
    <w:abstractNumId w:val="6"/>
  </w:num>
  <w:num w:numId="3" w16cid:durableId="1483695152">
    <w:abstractNumId w:val="5"/>
  </w:num>
  <w:num w:numId="4" w16cid:durableId="674842860">
    <w:abstractNumId w:val="4"/>
  </w:num>
  <w:num w:numId="5" w16cid:durableId="1882404466">
    <w:abstractNumId w:val="7"/>
  </w:num>
  <w:num w:numId="6" w16cid:durableId="235821546">
    <w:abstractNumId w:val="3"/>
  </w:num>
  <w:num w:numId="7" w16cid:durableId="102313594">
    <w:abstractNumId w:val="2"/>
  </w:num>
  <w:num w:numId="8" w16cid:durableId="891772523">
    <w:abstractNumId w:val="1"/>
  </w:num>
  <w:num w:numId="9" w16cid:durableId="204008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BF0"/>
    <w:rsid w:val="00034616"/>
    <w:rsid w:val="00046092"/>
    <w:rsid w:val="0006063C"/>
    <w:rsid w:val="000A77AB"/>
    <w:rsid w:val="000D204E"/>
    <w:rsid w:val="0015074B"/>
    <w:rsid w:val="001F0906"/>
    <w:rsid w:val="00206F2C"/>
    <w:rsid w:val="00217A05"/>
    <w:rsid w:val="00233D20"/>
    <w:rsid w:val="00244FF1"/>
    <w:rsid w:val="00255733"/>
    <w:rsid w:val="0029639D"/>
    <w:rsid w:val="002E7840"/>
    <w:rsid w:val="003129A5"/>
    <w:rsid w:val="00326F90"/>
    <w:rsid w:val="0035417F"/>
    <w:rsid w:val="003F462C"/>
    <w:rsid w:val="00475373"/>
    <w:rsid w:val="00480689"/>
    <w:rsid w:val="00546E50"/>
    <w:rsid w:val="00572BDC"/>
    <w:rsid w:val="00607EF8"/>
    <w:rsid w:val="006952A8"/>
    <w:rsid w:val="007A5B13"/>
    <w:rsid w:val="007E7638"/>
    <w:rsid w:val="007F1C8D"/>
    <w:rsid w:val="008656D0"/>
    <w:rsid w:val="00891B81"/>
    <w:rsid w:val="00893485"/>
    <w:rsid w:val="00931367"/>
    <w:rsid w:val="00975816"/>
    <w:rsid w:val="009C0C1D"/>
    <w:rsid w:val="00A4154A"/>
    <w:rsid w:val="00AA1D8D"/>
    <w:rsid w:val="00B0050E"/>
    <w:rsid w:val="00B229DB"/>
    <w:rsid w:val="00B22ED2"/>
    <w:rsid w:val="00B241A7"/>
    <w:rsid w:val="00B26968"/>
    <w:rsid w:val="00B47730"/>
    <w:rsid w:val="00BB4120"/>
    <w:rsid w:val="00BE4B4F"/>
    <w:rsid w:val="00C27D16"/>
    <w:rsid w:val="00C27EB0"/>
    <w:rsid w:val="00CB0664"/>
    <w:rsid w:val="00CC54D3"/>
    <w:rsid w:val="00CF38B8"/>
    <w:rsid w:val="00CF3C85"/>
    <w:rsid w:val="00DA4991"/>
    <w:rsid w:val="00E0081D"/>
    <w:rsid w:val="00E050D4"/>
    <w:rsid w:val="00E2217A"/>
    <w:rsid w:val="00E2669B"/>
    <w:rsid w:val="00E603A0"/>
    <w:rsid w:val="00E827A2"/>
    <w:rsid w:val="00F11953"/>
    <w:rsid w:val="00F353BC"/>
    <w:rsid w:val="00F370B9"/>
    <w:rsid w:val="00F92271"/>
    <w:rsid w:val="00FB6C88"/>
    <w:rsid w:val="00FC693F"/>
    <w:rsid w:val="00FD097D"/>
    <w:rsid w:val="00FE1792"/>
    <w:rsid w:val="00FE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70CE360"/>
  <w14:defaultImageDpi w14:val="300"/>
  <w15:docId w15:val="{AD25AA7C-5AAA-436B-9BC0-8C1B0D88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CBQH2020 Tăng Thị Quỳnh Trang </cp:lastModifiedBy>
  <cp:revision>4</cp:revision>
  <dcterms:created xsi:type="dcterms:W3CDTF">2026-10-13T09:53:00Z</dcterms:created>
  <dcterms:modified xsi:type="dcterms:W3CDTF">2026-10-16T06:20:00Z</dcterms:modified>
  <cp:category/>
</cp:coreProperties>
</file>